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CC220" w14:textId="77777777" w:rsidR="009C0439" w:rsidRDefault="00000000">
      <w:pPr>
        <w:jc w:val="center"/>
      </w:pPr>
      <w:r>
        <w:t>Projekt „Równi w zabawie i nauce” współfinansowany przez Unię Europejską w ramach Europejskiego Funduszu Społecznego Plus w ramach programu regionalnego Fundusze Europejskie dla Łódzkiego 2021-2027. Nr projektu: FELD.08.10-IZ.00-0055/24.</w:t>
      </w:r>
    </w:p>
    <w:p w14:paraId="750021B5" w14:textId="77777777" w:rsidR="009C0439" w:rsidRDefault="00000000">
      <w:pPr>
        <w:pStyle w:val="Nagwek1"/>
        <w:spacing w:before="120" w:after="200"/>
        <w:jc w:val="center"/>
      </w:pPr>
      <w:r>
        <w:rPr>
          <w:rFonts w:ascii="Arial" w:eastAsia="Arial" w:hAnsi="Arial"/>
        </w:rPr>
        <w:t>Harmonogram udzielania wsparcia w projekcie</w:t>
      </w:r>
    </w:p>
    <w:p w14:paraId="211A2606" w14:textId="77777777" w:rsidR="009C0439" w:rsidRDefault="00000000">
      <w:pPr>
        <w:jc w:val="center"/>
      </w:pPr>
      <w:r>
        <w:t>„Równi w zabawie i nauce” — FELD.08.10-IZ.00-0055/24</w:t>
      </w:r>
    </w:p>
    <w:p w14:paraId="03318508" w14:textId="77777777" w:rsidR="009C0439" w:rsidRDefault="00000000">
      <w:pPr>
        <w:pStyle w:val="Nagwek2"/>
        <w:spacing w:after="120"/>
      </w:pPr>
      <w:r>
        <w:rPr>
          <w:rFonts w:ascii="Arial" w:eastAsia="Arial" w:hAnsi="Arial"/>
        </w:rPr>
        <w:t>Dane podmiotów projektu</w:t>
      </w:r>
    </w:p>
    <w:tbl>
      <w:tblPr>
        <w:tblStyle w:val="Tabela-Siatka"/>
        <w:tblW w:w="14515" w:type="dxa"/>
        <w:jc w:val="center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7"/>
        <w:gridCol w:w="7258"/>
      </w:tblGrid>
      <w:tr w:rsidR="009C0439" w14:paraId="5B72685E" w14:textId="77777777" w:rsidTr="002B74B9">
        <w:trPr>
          <w:cantSplit/>
          <w:tblHeader/>
          <w:jc w:val="center"/>
        </w:trPr>
        <w:tc>
          <w:tcPr>
            <w:tcW w:w="7257" w:type="dxa"/>
            <w:shd w:val="clear" w:color="auto" w:fill="FFFFFF" w:themeFill="background1"/>
          </w:tcPr>
          <w:p w14:paraId="1DC93702" w14:textId="77777777" w:rsidR="009C0439" w:rsidRDefault="00000000">
            <w:pPr>
              <w:spacing w:after="40" w:line="252" w:lineRule="auto"/>
            </w:pPr>
            <w:r>
              <w:rPr>
                <w:b/>
              </w:rPr>
              <w:t>Beneficjent</w:t>
            </w:r>
          </w:p>
        </w:tc>
        <w:tc>
          <w:tcPr>
            <w:tcW w:w="7257" w:type="dxa"/>
            <w:shd w:val="clear" w:color="auto" w:fill="FFFFFF" w:themeFill="background1"/>
          </w:tcPr>
          <w:p w14:paraId="4B501CEC" w14:textId="77777777" w:rsidR="009C0439" w:rsidRDefault="00000000">
            <w:pPr>
              <w:spacing w:after="40" w:line="252" w:lineRule="auto"/>
            </w:pPr>
            <w:r>
              <w:rPr>
                <w:b/>
              </w:rPr>
              <w:t>Realizator</w:t>
            </w:r>
          </w:p>
        </w:tc>
      </w:tr>
      <w:tr w:rsidR="009C0439" w14:paraId="46711273" w14:textId="77777777">
        <w:trPr>
          <w:cantSplit/>
          <w:jc w:val="center"/>
        </w:trPr>
        <w:tc>
          <w:tcPr>
            <w:tcW w:w="7257" w:type="dxa"/>
          </w:tcPr>
          <w:p w14:paraId="4F1AC7CC" w14:textId="77777777" w:rsidR="009C0439" w:rsidRDefault="00000000">
            <w:pPr>
              <w:spacing w:after="40" w:line="252" w:lineRule="auto"/>
            </w:pPr>
            <w:r>
              <w:t>Miasto Łódź</w:t>
            </w:r>
            <w:r>
              <w:br/>
              <w:t>ul. Piotrkowska 104, 90-926 Łódź</w:t>
            </w:r>
            <w:r>
              <w:br/>
              <w:t>tel.: (42) 638 48 04</w:t>
            </w:r>
            <w:r>
              <w:br/>
              <w:t>e-mail: edukacja@uml.lodz.pl</w:t>
            </w:r>
            <w:r>
              <w:br/>
              <w:t>www.uml.lodz.pl</w:t>
            </w:r>
          </w:p>
        </w:tc>
        <w:tc>
          <w:tcPr>
            <w:tcW w:w="7257" w:type="dxa"/>
          </w:tcPr>
          <w:p w14:paraId="516FBB4B" w14:textId="77777777" w:rsidR="009C0439" w:rsidRDefault="00000000">
            <w:pPr>
              <w:spacing w:after="40" w:line="252" w:lineRule="auto"/>
            </w:pPr>
            <w:r>
              <w:t>Przedszkole Miejskie nr 63 w Łodzi</w:t>
            </w:r>
            <w:r>
              <w:br/>
              <w:t>ul. Potokowa, 92-002 Łódź</w:t>
            </w:r>
            <w:r>
              <w:br/>
              <w:t>tel.: (42) 679 39 02</w:t>
            </w:r>
            <w:r>
              <w:br/>
              <w:t>e-mail: pm63.projekt@poczta.fm</w:t>
            </w:r>
            <w:r>
              <w:br/>
              <w:t>www.pm63lodz.wikom.pl/</w:t>
            </w:r>
          </w:p>
        </w:tc>
      </w:tr>
      <w:tr w:rsidR="009C0439" w14:paraId="2F753BA3" w14:textId="77777777">
        <w:trPr>
          <w:cantSplit/>
          <w:jc w:val="center"/>
        </w:trPr>
        <w:tc>
          <w:tcPr>
            <w:tcW w:w="7257" w:type="dxa"/>
          </w:tcPr>
          <w:p w14:paraId="7ADD9652" w14:textId="77777777" w:rsidR="009C0439" w:rsidRDefault="00000000">
            <w:pPr>
              <w:spacing w:after="40" w:line="252" w:lineRule="auto"/>
            </w:pPr>
            <w:r>
              <w:t>Adres strony: www.uml.lodz.pl</w:t>
            </w:r>
          </w:p>
        </w:tc>
        <w:tc>
          <w:tcPr>
            <w:tcW w:w="7257" w:type="dxa"/>
          </w:tcPr>
          <w:p w14:paraId="21DCD21C" w14:textId="77777777" w:rsidR="009C0439" w:rsidRDefault="00000000">
            <w:pPr>
              <w:spacing w:after="40" w:line="252" w:lineRule="auto"/>
            </w:pPr>
            <w:r>
              <w:t>Adres strony: www.pm63lodz.wikom.pl/</w:t>
            </w:r>
          </w:p>
        </w:tc>
      </w:tr>
    </w:tbl>
    <w:p w14:paraId="3F7DB049" w14:textId="77777777" w:rsidR="009C0439" w:rsidRDefault="00000000">
      <w:r>
        <w:br w:type="page"/>
      </w:r>
    </w:p>
    <w:p w14:paraId="53E0B2B7" w14:textId="77777777" w:rsidR="009C0439" w:rsidRDefault="00000000">
      <w:pPr>
        <w:pStyle w:val="Nagwek2"/>
        <w:spacing w:after="120"/>
      </w:pPr>
      <w:r>
        <w:rPr>
          <w:rFonts w:ascii="Arial" w:eastAsia="Arial" w:hAnsi="Arial"/>
        </w:rPr>
        <w:lastRenderedPageBreak/>
        <w:t>Zestawienie wsparcia</w:t>
      </w:r>
    </w:p>
    <w:p w14:paraId="6E34FA48" w14:textId="77777777" w:rsidR="009C0439" w:rsidRDefault="00000000">
      <w:r>
        <w:t>Tabela została uporządkowana bez scalania komórek. Każdy wiersz zawiera pełną informację o rodzaju wsparcia, osobie prowadzącej, terminach i miejscu realizacji.</w:t>
      </w:r>
    </w:p>
    <w:tbl>
      <w:tblPr>
        <w:tblStyle w:val="Tabela-Siatka"/>
        <w:tblW w:w="15309" w:type="dxa"/>
        <w:jc w:val="center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9"/>
        <w:gridCol w:w="1928"/>
        <w:gridCol w:w="8051"/>
        <w:gridCol w:w="1701"/>
      </w:tblGrid>
      <w:tr w:rsidR="009C0439" w14:paraId="10BCF7F1" w14:textId="77777777" w:rsidTr="002B74B9">
        <w:trPr>
          <w:cantSplit/>
          <w:tblHeader/>
          <w:jc w:val="center"/>
        </w:trPr>
        <w:tc>
          <w:tcPr>
            <w:tcW w:w="3628" w:type="dxa"/>
            <w:shd w:val="clear" w:color="auto" w:fill="FFFFFF" w:themeFill="background1"/>
          </w:tcPr>
          <w:p w14:paraId="01729A44" w14:textId="77777777" w:rsidR="009C0439" w:rsidRDefault="00000000">
            <w:pPr>
              <w:spacing w:after="40" w:line="252" w:lineRule="auto"/>
            </w:pPr>
            <w:r>
              <w:rPr>
                <w:b/>
              </w:rPr>
              <w:t>Rodzaj wsparcia</w:t>
            </w:r>
          </w:p>
        </w:tc>
        <w:tc>
          <w:tcPr>
            <w:tcW w:w="1928" w:type="dxa"/>
            <w:shd w:val="clear" w:color="auto" w:fill="FFFFFF" w:themeFill="background1"/>
          </w:tcPr>
          <w:p w14:paraId="2494CACB" w14:textId="77777777" w:rsidR="009C0439" w:rsidRDefault="00000000">
            <w:pPr>
              <w:spacing w:after="40" w:line="252" w:lineRule="auto"/>
            </w:pPr>
            <w:r>
              <w:rPr>
                <w:b/>
              </w:rPr>
              <w:t>Nauczyciel prowadzący zajęcia</w:t>
            </w:r>
          </w:p>
        </w:tc>
        <w:tc>
          <w:tcPr>
            <w:tcW w:w="8050" w:type="dxa"/>
            <w:shd w:val="clear" w:color="auto" w:fill="FFFFFF" w:themeFill="background1"/>
          </w:tcPr>
          <w:p w14:paraId="7B34880A" w14:textId="77777777" w:rsidR="009C0439" w:rsidRDefault="00000000">
            <w:pPr>
              <w:spacing w:after="40" w:line="252" w:lineRule="auto"/>
            </w:pPr>
            <w:r>
              <w:rPr>
                <w:b/>
              </w:rPr>
              <w:t>Termin realizacji wsparcia</w:t>
            </w:r>
          </w:p>
        </w:tc>
        <w:tc>
          <w:tcPr>
            <w:tcW w:w="1701" w:type="dxa"/>
            <w:shd w:val="clear" w:color="auto" w:fill="FFFFFF" w:themeFill="background1"/>
          </w:tcPr>
          <w:p w14:paraId="2953D91D" w14:textId="77777777" w:rsidR="009C0439" w:rsidRDefault="00000000">
            <w:pPr>
              <w:spacing w:after="40" w:line="252" w:lineRule="auto"/>
            </w:pPr>
            <w:r>
              <w:rPr>
                <w:b/>
              </w:rPr>
              <w:t>Miejsce realizacji zajęć</w:t>
            </w:r>
          </w:p>
        </w:tc>
      </w:tr>
      <w:tr w:rsidR="009C0439" w14:paraId="4EBC7227" w14:textId="77777777">
        <w:trPr>
          <w:cantSplit/>
          <w:jc w:val="center"/>
        </w:trPr>
        <w:tc>
          <w:tcPr>
            <w:tcW w:w="3628" w:type="dxa"/>
          </w:tcPr>
          <w:p w14:paraId="3C809A30" w14:textId="77777777" w:rsidR="009C0439" w:rsidRDefault="00000000">
            <w:pPr>
              <w:spacing w:after="40" w:line="252" w:lineRule="auto"/>
            </w:pPr>
            <w:r>
              <w:t>Zajęcia indywidualne – terapeutyczne z zakresu komunikacji i rozwoju mowy</w:t>
            </w:r>
          </w:p>
        </w:tc>
        <w:tc>
          <w:tcPr>
            <w:tcW w:w="1928" w:type="dxa"/>
          </w:tcPr>
          <w:p w14:paraId="2CA801C6" w14:textId="77777777" w:rsidR="009C0439" w:rsidRDefault="00000000">
            <w:pPr>
              <w:spacing w:after="40" w:line="252" w:lineRule="auto"/>
            </w:pPr>
            <w:r>
              <w:t>Aneta Banasiak</w:t>
            </w:r>
          </w:p>
        </w:tc>
        <w:tc>
          <w:tcPr>
            <w:tcW w:w="8050" w:type="dxa"/>
          </w:tcPr>
          <w:p w14:paraId="4458D6B5" w14:textId="77777777" w:rsidR="009C0439" w:rsidRDefault="00000000">
            <w:pPr>
              <w:spacing w:after="40" w:line="252" w:lineRule="auto"/>
            </w:pPr>
            <w:r>
              <w:t>Godziny zajęć</w:t>
            </w:r>
            <w:r>
              <w:br/>
              <w:t>7.00 – 7.30</w:t>
            </w:r>
            <w:r>
              <w:br/>
              <w:t>13.00 – 17.00</w:t>
            </w:r>
            <w:r>
              <w:br/>
              <w:t>Daty zajęć:</w:t>
            </w:r>
            <w:r>
              <w:br/>
              <w:t>03.11 - 07.11.2025 r.</w:t>
            </w:r>
            <w:r>
              <w:br/>
              <w:t>17.11–21.11.2025 r.</w:t>
            </w:r>
            <w:r>
              <w:br/>
              <w:t>01.12– 05.12.2025 r.</w:t>
            </w:r>
            <w:r>
              <w:br/>
              <w:t>15.12– 19.12.2025 r.</w:t>
            </w:r>
            <w:r>
              <w:br/>
              <w:t>29.12 - 31.12.2025 r.</w:t>
            </w:r>
            <w:r>
              <w:br/>
              <w:t>02.01.2026 r.</w:t>
            </w:r>
            <w:r>
              <w:br/>
              <w:t>12.01 – 16.01.2026 r.</w:t>
            </w:r>
            <w:r>
              <w:br/>
              <w:t>26.01 – 30.01.2026 r.</w:t>
            </w:r>
            <w:r>
              <w:br/>
              <w:t>09.02 – 13.02.2026 r.</w:t>
            </w:r>
            <w:r>
              <w:br/>
              <w:t>23.02 – 27.02.2026 r.</w:t>
            </w:r>
          </w:p>
        </w:tc>
        <w:tc>
          <w:tcPr>
            <w:tcW w:w="1701" w:type="dxa"/>
          </w:tcPr>
          <w:p w14:paraId="1F31A610" w14:textId="77777777" w:rsidR="009C0439" w:rsidRDefault="00000000">
            <w:pPr>
              <w:spacing w:after="40" w:line="252" w:lineRule="auto"/>
            </w:pPr>
            <w:r>
              <w:t>PM 63– sala V</w:t>
            </w:r>
          </w:p>
        </w:tc>
      </w:tr>
      <w:tr w:rsidR="009C0439" w14:paraId="1DD9D1F3" w14:textId="77777777">
        <w:trPr>
          <w:cantSplit/>
          <w:jc w:val="center"/>
        </w:trPr>
        <w:tc>
          <w:tcPr>
            <w:tcW w:w="3628" w:type="dxa"/>
          </w:tcPr>
          <w:p w14:paraId="2E7420CE" w14:textId="77777777" w:rsidR="009C0439" w:rsidRDefault="00000000">
            <w:pPr>
              <w:spacing w:after="40" w:line="252" w:lineRule="auto"/>
            </w:pPr>
            <w:r>
              <w:lastRenderedPageBreak/>
              <w:t>Zajęcia indywidualne – terapeutyczne z zakresu komunikacji i rozwoju mowy</w:t>
            </w:r>
          </w:p>
        </w:tc>
        <w:tc>
          <w:tcPr>
            <w:tcW w:w="1928" w:type="dxa"/>
          </w:tcPr>
          <w:p w14:paraId="381B421F" w14:textId="77777777" w:rsidR="009C0439" w:rsidRDefault="00000000">
            <w:pPr>
              <w:spacing w:after="40" w:line="252" w:lineRule="auto"/>
            </w:pPr>
            <w:r>
              <w:t>Agnieszka Sawicka</w:t>
            </w:r>
          </w:p>
        </w:tc>
        <w:tc>
          <w:tcPr>
            <w:tcW w:w="8050" w:type="dxa"/>
          </w:tcPr>
          <w:p w14:paraId="08C47D73" w14:textId="77777777" w:rsidR="009C0439" w:rsidRDefault="00000000">
            <w:pPr>
              <w:spacing w:after="40" w:line="252" w:lineRule="auto"/>
            </w:pPr>
            <w:r>
              <w:t>Godziny pracy:</w:t>
            </w:r>
            <w:r>
              <w:br/>
              <w:t>7.00 – 7.30</w:t>
            </w:r>
            <w:r>
              <w:br/>
              <w:t>13.00 – 17.00</w:t>
            </w:r>
            <w:r>
              <w:br/>
              <w:t>Daty zajęć:</w:t>
            </w:r>
            <w:r>
              <w:br/>
              <w:t>10.11 – 14.11.2025 r.</w:t>
            </w:r>
            <w:r>
              <w:br/>
              <w:t>24.11 – 28.11.2025 r.</w:t>
            </w:r>
            <w:r>
              <w:br/>
              <w:t>08.12– 12.12.2025 r.</w:t>
            </w:r>
            <w:r>
              <w:br/>
              <w:t>22.12– 23.12.2025 r.</w:t>
            </w:r>
            <w:r>
              <w:br/>
              <w:t>05.01– 09.01.2026 r.</w:t>
            </w:r>
            <w:r>
              <w:br/>
              <w:t>19.01– 23.01.2026 r.</w:t>
            </w:r>
            <w:r>
              <w:br/>
              <w:t>02.02- 06.02.2026 r.</w:t>
            </w:r>
            <w:r>
              <w:br/>
              <w:t>16.02 – 20.02.2026 r.</w:t>
            </w:r>
          </w:p>
        </w:tc>
        <w:tc>
          <w:tcPr>
            <w:tcW w:w="1701" w:type="dxa"/>
          </w:tcPr>
          <w:p w14:paraId="750D649D" w14:textId="77777777" w:rsidR="009C0439" w:rsidRDefault="00000000">
            <w:pPr>
              <w:spacing w:after="40" w:line="252" w:lineRule="auto"/>
            </w:pPr>
            <w:r>
              <w:t>PM 63 – sala V</w:t>
            </w:r>
          </w:p>
        </w:tc>
      </w:tr>
      <w:tr w:rsidR="009C0439" w14:paraId="729E0751" w14:textId="77777777">
        <w:trPr>
          <w:cantSplit/>
          <w:jc w:val="center"/>
        </w:trPr>
        <w:tc>
          <w:tcPr>
            <w:tcW w:w="3628" w:type="dxa"/>
          </w:tcPr>
          <w:p w14:paraId="485814F1" w14:textId="77777777" w:rsidR="009C0439" w:rsidRDefault="00000000">
            <w:pPr>
              <w:spacing w:after="40" w:line="252" w:lineRule="auto"/>
            </w:pPr>
            <w:r>
              <w:t>Zajęcia włączające z zakresu rozwoju emocjonalno-społecznego</w:t>
            </w:r>
          </w:p>
        </w:tc>
        <w:tc>
          <w:tcPr>
            <w:tcW w:w="1928" w:type="dxa"/>
          </w:tcPr>
          <w:p w14:paraId="76284E32" w14:textId="77777777" w:rsidR="009C0439" w:rsidRDefault="00000000">
            <w:pPr>
              <w:spacing w:after="40" w:line="252" w:lineRule="auto"/>
            </w:pPr>
            <w:r>
              <w:t>Eliza Nockowska</w:t>
            </w:r>
          </w:p>
        </w:tc>
        <w:tc>
          <w:tcPr>
            <w:tcW w:w="8050" w:type="dxa"/>
          </w:tcPr>
          <w:p w14:paraId="034CBC8B" w14:textId="77777777" w:rsidR="009C0439" w:rsidRDefault="00000000">
            <w:pPr>
              <w:spacing w:after="40" w:line="252" w:lineRule="auto"/>
            </w:pPr>
            <w:r>
              <w:t>Godziny zajęć:</w:t>
            </w:r>
            <w:r>
              <w:br/>
              <w:t>Grupa III</w:t>
            </w:r>
            <w:r>
              <w:br/>
              <w:t>13.00 – 14.00</w:t>
            </w:r>
            <w:r>
              <w:br/>
              <w:t>Grupa IV</w:t>
            </w:r>
            <w:r>
              <w:br/>
              <w:t>14.00 – 15.30</w:t>
            </w:r>
            <w:r>
              <w:br/>
              <w:t>Daty zajęć:</w:t>
            </w:r>
            <w:r>
              <w:br/>
              <w:t>07.11.2025r.</w:t>
            </w:r>
            <w:r>
              <w:br/>
              <w:t>5.12.2025r.</w:t>
            </w:r>
            <w:r>
              <w:br/>
              <w:t>16.01.2026r.</w:t>
            </w:r>
            <w:r>
              <w:br/>
              <w:t>13.02.2026r.</w:t>
            </w:r>
          </w:p>
        </w:tc>
        <w:tc>
          <w:tcPr>
            <w:tcW w:w="1701" w:type="dxa"/>
          </w:tcPr>
          <w:p w14:paraId="31E9D506" w14:textId="77777777" w:rsidR="009C0439" w:rsidRDefault="00000000">
            <w:pPr>
              <w:spacing w:after="40" w:line="252" w:lineRule="auto"/>
            </w:pPr>
            <w:r>
              <w:t>PM 63 – sala IV</w:t>
            </w:r>
          </w:p>
        </w:tc>
      </w:tr>
      <w:tr w:rsidR="009C0439" w14:paraId="48DD7469" w14:textId="77777777">
        <w:trPr>
          <w:cantSplit/>
          <w:jc w:val="center"/>
        </w:trPr>
        <w:tc>
          <w:tcPr>
            <w:tcW w:w="3628" w:type="dxa"/>
          </w:tcPr>
          <w:p w14:paraId="338BB1DA" w14:textId="77777777" w:rsidR="009C0439" w:rsidRDefault="00000000">
            <w:pPr>
              <w:spacing w:after="40" w:line="252" w:lineRule="auto"/>
            </w:pPr>
            <w:r>
              <w:lastRenderedPageBreak/>
              <w:t>Zajęcia włączające z zakresu rozwoju emocjonalno-społecznego</w:t>
            </w:r>
          </w:p>
        </w:tc>
        <w:tc>
          <w:tcPr>
            <w:tcW w:w="1928" w:type="dxa"/>
          </w:tcPr>
          <w:p w14:paraId="1132C2C1" w14:textId="77777777" w:rsidR="009C0439" w:rsidRDefault="00000000">
            <w:pPr>
              <w:spacing w:after="40" w:line="252" w:lineRule="auto"/>
            </w:pPr>
            <w:r>
              <w:t>Katarzyna Krupa</w:t>
            </w:r>
          </w:p>
        </w:tc>
        <w:tc>
          <w:tcPr>
            <w:tcW w:w="8050" w:type="dxa"/>
          </w:tcPr>
          <w:p w14:paraId="63660F52" w14:textId="77777777" w:rsidR="009C0439" w:rsidRDefault="00000000">
            <w:pPr>
              <w:spacing w:after="40" w:line="252" w:lineRule="auto"/>
            </w:pPr>
            <w:r>
              <w:t>Godziny zajęć:</w:t>
            </w:r>
            <w:r>
              <w:br/>
              <w:t>Grupa I</w:t>
            </w:r>
            <w:r>
              <w:br/>
              <w:t>13.00 – 14.00</w:t>
            </w:r>
            <w:r>
              <w:br/>
              <w:t>Grupa II</w:t>
            </w:r>
            <w:r>
              <w:br/>
              <w:t>14.00 – 15.30</w:t>
            </w:r>
            <w:r>
              <w:br/>
              <w:t>Daty zajęć:</w:t>
            </w:r>
            <w:r>
              <w:br/>
              <w:t>14.11.2025r.</w:t>
            </w:r>
            <w:r>
              <w:br/>
              <w:t>23.12.2025r.</w:t>
            </w:r>
            <w:r>
              <w:br/>
              <w:t>09.01.2026r.</w:t>
            </w:r>
            <w:r>
              <w:br/>
              <w:t>06.02.2026r.</w:t>
            </w:r>
          </w:p>
        </w:tc>
        <w:tc>
          <w:tcPr>
            <w:tcW w:w="1701" w:type="dxa"/>
          </w:tcPr>
          <w:p w14:paraId="5D66B93E" w14:textId="77777777" w:rsidR="009C0439" w:rsidRDefault="00000000">
            <w:pPr>
              <w:spacing w:after="40" w:line="252" w:lineRule="auto"/>
            </w:pPr>
            <w:r>
              <w:t>PM 63 – sala IV</w:t>
            </w:r>
          </w:p>
        </w:tc>
      </w:tr>
      <w:tr w:rsidR="009C0439" w14:paraId="2EE208FB" w14:textId="77777777">
        <w:trPr>
          <w:cantSplit/>
          <w:jc w:val="center"/>
        </w:trPr>
        <w:tc>
          <w:tcPr>
            <w:tcW w:w="3628" w:type="dxa"/>
          </w:tcPr>
          <w:p w14:paraId="72C7C7C5" w14:textId="77777777" w:rsidR="009C0439" w:rsidRDefault="00000000">
            <w:pPr>
              <w:spacing w:after="40" w:line="252" w:lineRule="auto"/>
            </w:pPr>
            <w:r>
              <w:lastRenderedPageBreak/>
              <w:t>Zajęcia włączające z zakresu rozwoju emocjonalno-społecznego</w:t>
            </w:r>
          </w:p>
        </w:tc>
        <w:tc>
          <w:tcPr>
            <w:tcW w:w="1928" w:type="dxa"/>
          </w:tcPr>
          <w:p w14:paraId="7547B26B" w14:textId="77777777" w:rsidR="009C0439" w:rsidRDefault="00000000">
            <w:pPr>
              <w:spacing w:after="40" w:line="252" w:lineRule="auto"/>
            </w:pPr>
            <w:r>
              <w:t>Anna Łukaszewska</w:t>
            </w:r>
          </w:p>
        </w:tc>
        <w:tc>
          <w:tcPr>
            <w:tcW w:w="8050" w:type="dxa"/>
          </w:tcPr>
          <w:p w14:paraId="5A94BBC4" w14:textId="77777777" w:rsidR="009C0439" w:rsidRDefault="00000000">
            <w:pPr>
              <w:spacing w:after="40" w:line="252" w:lineRule="auto"/>
            </w:pPr>
            <w:r>
              <w:t>Godziny zajęć:</w:t>
            </w:r>
            <w:r>
              <w:br/>
              <w:t>Grupa VII</w:t>
            </w:r>
            <w:r>
              <w:br/>
              <w:t>13.00 – 14.00</w:t>
            </w:r>
            <w:r>
              <w:br/>
              <w:t>Daty zajęć:</w:t>
            </w:r>
            <w:r>
              <w:br/>
              <w:t>04.11.2025r</w:t>
            </w:r>
            <w:r>
              <w:br/>
              <w:t>02.12.2025r</w:t>
            </w:r>
            <w:r>
              <w:br/>
              <w:t>30.12.2025</w:t>
            </w:r>
            <w:r>
              <w:br/>
              <w:t>27.01.2026r</w:t>
            </w:r>
            <w:r>
              <w:br/>
              <w:t>24.02.2026r</w:t>
            </w:r>
            <w:r>
              <w:br/>
              <w:t>Godziny zajęć:</w:t>
            </w:r>
            <w:r>
              <w:br/>
              <w:t>Grupa VIII</w:t>
            </w:r>
            <w:r>
              <w:br/>
              <w:t>13.00- 14.00</w:t>
            </w:r>
            <w:r>
              <w:br/>
              <w:t>Daty zajęć:</w:t>
            </w:r>
            <w:r>
              <w:br/>
              <w:t>18.11.2025r</w:t>
            </w:r>
            <w:r>
              <w:br/>
              <w:t>16.12.2025r</w:t>
            </w:r>
            <w:r>
              <w:br/>
              <w:t>13.01.2026r</w:t>
            </w:r>
            <w:r>
              <w:br/>
              <w:t>10.02.2026r</w:t>
            </w:r>
          </w:p>
        </w:tc>
        <w:tc>
          <w:tcPr>
            <w:tcW w:w="1701" w:type="dxa"/>
          </w:tcPr>
          <w:p w14:paraId="16F422A6" w14:textId="77777777" w:rsidR="009C0439" w:rsidRDefault="00000000">
            <w:pPr>
              <w:spacing w:after="40" w:line="252" w:lineRule="auto"/>
            </w:pPr>
            <w:r>
              <w:t>PM 63 – sala IV</w:t>
            </w:r>
          </w:p>
        </w:tc>
      </w:tr>
      <w:tr w:rsidR="009C0439" w14:paraId="3E14D633" w14:textId="77777777">
        <w:trPr>
          <w:cantSplit/>
          <w:jc w:val="center"/>
        </w:trPr>
        <w:tc>
          <w:tcPr>
            <w:tcW w:w="3628" w:type="dxa"/>
          </w:tcPr>
          <w:p w14:paraId="307F5462" w14:textId="77777777" w:rsidR="009C0439" w:rsidRDefault="00000000">
            <w:pPr>
              <w:spacing w:after="40" w:line="252" w:lineRule="auto"/>
            </w:pPr>
            <w:r>
              <w:lastRenderedPageBreak/>
              <w:t>Zajęcia włączające z zakresu rozwoju emocjonalno-społecznego</w:t>
            </w:r>
          </w:p>
        </w:tc>
        <w:tc>
          <w:tcPr>
            <w:tcW w:w="1928" w:type="dxa"/>
          </w:tcPr>
          <w:p w14:paraId="1FD50D38" w14:textId="77777777" w:rsidR="009C0439" w:rsidRDefault="00000000">
            <w:pPr>
              <w:spacing w:after="40" w:line="252" w:lineRule="auto"/>
            </w:pPr>
            <w:r>
              <w:t>Dorota Matczak</w:t>
            </w:r>
          </w:p>
        </w:tc>
        <w:tc>
          <w:tcPr>
            <w:tcW w:w="8050" w:type="dxa"/>
          </w:tcPr>
          <w:p w14:paraId="4B68DA1C" w14:textId="77777777" w:rsidR="009C0439" w:rsidRDefault="00000000">
            <w:pPr>
              <w:spacing w:after="40" w:line="252" w:lineRule="auto"/>
            </w:pPr>
            <w:r>
              <w:t>Godziny zajęć:</w:t>
            </w:r>
            <w:r>
              <w:br/>
              <w:t>Grupa V, VI</w:t>
            </w:r>
            <w:r>
              <w:br/>
              <w:t>13:00 – 14:00</w:t>
            </w:r>
            <w:r>
              <w:br/>
              <w:t>Daty zajęć:</w:t>
            </w:r>
            <w:r>
              <w:br/>
              <w:t>Grupa V</w:t>
            </w:r>
            <w:r>
              <w:br/>
              <w:t>25.11.2025r.</w:t>
            </w:r>
            <w:r>
              <w:br/>
              <w:t>23.12.2025r.</w:t>
            </w:r>
            <w:r>
              <w:br/>
              <w:t>03.02.2026r.</w:t>
            </w:r>
            <w:r>
              <w:br/>
              <w:t>Grupa VI</w:t>
            </w:r>
            <w:r>
              <w:br/>
              <w:t>09.12.2025r.</w:t>
            </w:r>
            <w:r>
              <w:br/>
              <w:t>20.01.2026r.</w:t>
            </w:r>
            <w:r>
              <w:br/>
              <w:t>17.02.2026r.</w:t>
            </w:r>
          </w:p>
        </w:tc>
        <w:tc>
          <w:tcPr>
            <w:tcW w:w="1701" w:type="dxa"/>
          </w:tcPr>
          <w:p w14:paraId="108449ED" w14:textId="77777777" w:rsidR="009C0439" w:rsidRDefault="00000000">
            <w:pPr>
              <w:spacing w:after="40" w:line="252" w:lineRule="auto"/>
            </w:pPr>
            <w:r>
              <w:t>PM 63 – sala IV</w:t>
            </w:r>
          </w:p>
        </w:tc>
      </w:tr>
      <w:tr w:rsidR="009C0439" w14:paraId="4891DF2C" w14:textId="77777777">
        <w:trPr>
          <w:cantSplit/>
          <w:jc w:val="center"/>
        </w:trPr>
        <w:tc>
          <w:tcPr>
            <w:tcW w:w="3628" w:type="dxa"/>
          </w:tcPr>
          <w:p w14:paraId="406A38D8" w14:textId="77777777" w:rsidR="009C0439" w:rsidRDefault="00000000">
            <w:pPr>
              <w:spacing w:after="40" w:line="252" w:lineRule="auto"/>
            </w:pPr>
            <w:r>
              <w:lastRenderedPageBreak/>
              <w:t>Zajęcia kreatywne: rozwój wyobraźni i współpracy w grupie</w:t>
            </w:r>
          </w:p>
        </w:tc>
        <w:tc>
          <w:tcPr>
            <w:tcW w:w="1928" w:type="dxa"/>
          </w:tcPr>
          <w:p w14:paraId="461399E6" w14:textId="77777777" w:rsidR="009C0439" w:rsidRDefault="00000000">
            <w:pPr>
              <w:spacing w:after="40" w:line="252" w:lineRule="auto"/>
            </w:pPr>
            <w:r>
              <w:t>Eliza Nockowska</w:t>
            </w:r>
          </w:p>
        </w:tc>
        <w:tc>
          <w:tcPr>
            <w:tcW w:w="8050" w:type="dxa"/>
          </w:tcPr>
          <w:p w14:paraId="7903E7D0" w14:textId="77777777" w:rsidR="009C0439" w:rsidRDefault="00000000">
            <w:pPr>
              <w:spacing w:after="40" w:line="252" w:lineRule="auto"/>
            </w:pPr>
            <w:r>
              <w:t>Godziny zajęć:</w:t>
            </w:r>
            <w:r>
              <w:br/>
              <w:t>Grupa I</w:t>
            </w:r>
            <w:r>
              <w:br/>
              <w:t>13.00- 14.00</w:t>
            </w:r>
            <w:r>
              <w:br/>
              <w:t>Grupa II</w:t>
            </w:r>
            <w:r>
              <w:br/>
              <w:t>14.00- 15.30</w:t>
            </w:r>
            <w:r>
              <w:br/>
              <w:t>Daty zajęć:</w:t>
            </w:r>
            <w:r>
              <w:br/>
              <w:t>03.11.2025r.</w:t>
            </w:r>
            <w:r>
              <w:br/>
              <w:t>05.11.2025r.</w:t>
            </w:r>
            <w:r>
              <w:br/>
              <w:t>17.11.2025r.</w:t>
            </w:r>
            <w:r>
              <w:br/>
              <w:t>19.11.2025r.</w:t>
            </w:r>
            <w:r>
              <w:br/>
              <w:t>01.12.2025r.</w:t>
            </w:r>
            <w:r>
              <w:br/>
              <w:t>03.12.2025r.</w:t>
            </w:r>
            <w:r>
              <w:br/>
              <w:t>15.12.2025r.</w:t>
            </w:r>
            <w:r>
              <w:br/>
              <w:t>17.12.2025r.</w:t>
            </w:r>
            <w:r>
              <w:br/>
              <w:t>29.12.2025r.</w:t>
            </w:r>
            <w:r>
              <w:br/>
              <w:t>31.12.2025r.</w:t>
            </w:r>
            <w:r>
              <w:br/>
              <w:t>12.01.2026r.</w:t>
            </w:r>
            <w:r>
              <w:br/>
              <w:t>14.01.2026r.</w:t>
            </w:r>
            <w:r>
              <w:br/>
              <w:t>26.01.2026r.</w:t>
            </w:r>
            <w:r>
              <w:br/>
              <w:t>28.01.2026r.</w:t>
            </w:r>
            <w:r>
              <w:br/>
              <w:t>09.02.2026r.</w:t>
            </w:r>
            <w:r>
              <w:br/>
              <w:t>11.02.2026r.</w:t>
            </w:r>
            <w:r>
              <w:br/>
              <w:t>23.02.2026r.</w:t>
            </w:r>
            <w:r>
              <w:br/>
              <w:t>25.02.2026r.</w:t>
            </w:r>
          </w:p>
        </w:tc>
        <w:tc>
          <w:tcPr>
            <w:tcW w:w="1701" w:type="dxa"/>
          </w:tcPr>
          <w:p w14:paraId="25E11FE8" w14:textId="77777777" w:rsidR="009C0439" w:rsidRDefault="00000000">
            <w:pPr>
              <w:spacing w:after="40" w:line="252" w:lineRule="auto"/>
            </w:pPr>
            <w:r>
              <w:t>PM 63 – sala IV</w:t>
            </w:r>
          </w:p>
        </w:tc>
      </w:tr>
      <w:tr w:rsidR="009C0439" w14:paraId="356B5723" w14:textId="77777777">
        <w:trPr>
          <w:cantSplit/>
          <w:jc w:val="center"/>
        </w:trPr>
        <w:tc>
          <w:tcPr>
            <w:tcW w:w="3628" w:type="dxa"/>
          </w:tcPr>
          <w:p w14:paraId="1F2B774C" w14:textId="77777777" w:rsidR="009C0439" w:rsidRDefault="00000000">
            <w:pPr>
              <w:spacing w:after="40" w:line="252" w:lineRule="auto"/>
            </w:pPr>
            <w:r>
              <w:lastRenderedPageBreak/>
              <w:t>Zajęcia kreatywne: rozwój wyobraźni i współpracy w grupie</w:t>
            </w:r>
          </w:p>
        </w:tc>
        <w:tc>
          <w:tcPr>
            <w:tcW w:w="1928" w:type="dxa"/>
          </w:tcPr>
          <w:p w14:paraId="618C700E" w14:textId="77777777" w:rsidR="009C0439" w:rsidRDefault="00000000">
            <w:pPr>
              <w:spacing w:after="40" w:line="252" w:lineRule="auto"/>
            </w:pPr>
            <w:r>
              <w:t>Katarzyna Krupa</w:t>
            </w:r>
          </w:p>
        </w:tc>
        <w:tc>
          <w:tcPr>
            <w:tcW w:w="8050" w:type="dxa"/>
          </w:tcPr>
          <w:p w14:paraId="63B3B3EF" w14:textId="77777777" w:rsidR="009C0439" w:rsidRDefault="00000000">
            <w:pPr>
              <w:spacing w:after="40" w:line="252" w:lineRule="auto"/>
            </w:pPr>
            <w:r>
              <w:t>Godziny zajęć:</w:t>
            </w:r>
            <w:r>
              <w:br/>
              <w:t>Grupa I</w:t>
            </w:r>
            <w:r>
              <w:br/>
              <w:t>13.00- 14.00</w:t>
            </w:r>
            <w:r>
              <w:br/>
              <w:t>Grupa II</w:t>
            </w:r>
            <w:r>
              <w:br/>
              <w:t>14.00- 15.30</w:t>
            </w:r>
            <w:r>
              <w:br/>
              <w:t>Daty zajęć:</w:t>
            </w:r>
            <w:r>
              <w:br/>
              <w:t>10.11.2025r.</w:t>
            </w:r>
            <w:r>
              <w:br/>
              <w:t>12.11.2025r.</w:t>
            </w:r>
            <w:r>
              <w:br/>
              <w:t>24.11.2025r.</w:t>
            </w:r>
            <w:r>
              <w:br/>
              <w:t>26.11.2025r.</w:t>
            </w:r>
            <w:r>
              <w:br/>
              <w:t>28.11.2025r.</w:t>
            </w:r>
            <w:r>
              <w:br/>
              <w:t>08.12.2025r.</w:t>
            </w:r>
            <w:r>
              <w:br/>
              <w:t>10.12.2025r.</w:t>
            </w:r>
            <w:r>
              <w:br/>
              <w:t>22.12.2025r.</w:t>
            </w:r>
            <w:r>
              <w:br/>
              <w:t>05.01.2026r.</w:t>
            </w:r>
            <w:r>
              <w:br/>
              <w:t>07.01.2026r.</w:t>
            </w:r>
            <w:r>
              <w:br/>
              <w:t>19.01.2026r.</w:t>
            </w:r>
            <w:r>
              <w:br/>
              <w:t>21.01.2026r.</w:t>
            </w:r>
            <w:r>
              <w:br/>
              <w:t>02.02.2026r.</w:t>
            </w:r>
            <w:r>
              <w:br/>
              <w:t>04.02.2026r.</w:t>
            </w:r>
            <w:r>
              <w:br/>
              <w:t>16.02.2026r.</w:t>
            </w:r>
            <w:r>
              <w:br/>
              <w:t>18.02.2026r.</w:t>
            </w:r>
          </w:p>
        </w:tc>
        <w:tc>
          <w:tcPr>
            <w:tcW w:w="1701" w:type="dxa"/>
          </w:tcPr>
          <w:p w14:paraId="000AB26B" w14:textId="77777777" w:rsidR="009C0439" w:rsidRDefault="00000000">
            <w:pPr>
              <w:spacing w:after="40" w:line="252" w:lineRule="auto"/>
            </w:pPr>
            <w:r>
              <w:t>PM 63 – sala IV</w:t>
            </w:r>
          </w:p>
        </w:tc>
      </w:tr>
      <w:tr w:rsidR="009C0439" w14:paraId="499B084C" w14:textId="77777777">
        <w:trPr>
          <w:cantSplit/>
          <w:jc w:val="center"/>
        </w:trPr>
        <w:tc>
          <w:tcPr>
            <w:tcW w:w="3628" w:type="dxa"/>
          </w:tcPr>
          <w:p w14:paraId="71FAB041" w14:textId="77777777" w:rsidR="009C0439" w:rsidRDefault="00000000">
            <w:pPr>
              <w:spacing w:after="40" w:line="252" w:lineRule="auto"/>
            </w:pPr>
            <w:r>
              <w:lastRenderedPageBreak/>
              <w:t>Zajęcia ruchowe wspierające rozwój fizyczny</w:t>
            </w:r>
          </w:p>
        </w:tc>
        <w:tc>
          <w:tcPr>
            <w:tcW w:w="1928" w:type="dxa"/>
          </w:tcPr>
          <w:p w14:paraId="3948B396" w14:textId="77777777" w:rsidR="009C0439" w:rsidRDefault="00000000">
            <w:pPr>
              <w:spacing w:after="40" w:line="252" w:lineRule="auto"/>
            </w:pPr>
            <w:r>
              <w:t>Dorota Matczak</w:t>
            </w:r>
          </w:p>
        </w:tc>
        <w:tc>
          <w:tcPr>
            <w:tcW w:w="8050" w:type="dxa"/>
          </w:tcPr>
          <w:p w14:paraId="351E52A4" w14:textId="77777777" w:rsidR="009C0439" w:rsidRDefault="00000000">
            <w:pPr>
              <w:spacing w:after="40" w:line="252" w:lineRule="auto"/>
            </w:pPr>
            <w:r>
              <w:t>Daty zajęć:</w:t>
            </w:r>
            <w:r>
              <w:br/>
              <w:t>13.11.2025r.</w:t>
            </w:r>
            <w:r>
              <w:br/>
              <w:t>25.11.2025r.</w:t>
            </w:r>
            <w:r>
              <w:br/>
              <w:t>27.11.2025r.</w:t>
            </w:r>
            <w:r>
              <w:br/>
              <w:t>09.12.2025r.</w:t>
            </w:r>
            <w:r>
              <w:br/>
              <w:t>11.12.2025r.</w:t>
            </w:r>
            <w:r>
              <w:br/>
              <w:t>23.12.2025r.</w:t>
            </w:r>
            <w:r>
              <w:br/>
              <w:t>08.01.2026r.</w:t>
            </w:r>
            <w:r>
              <w:br/>
              <w:t>20.01.2026r.</w:t>
            </w:r>
            <w:r>
              <w:br/>
              <w:t>22.01.2026r.</w:t>
            </w:r>
            <w:r>
              <w:br/>
              <w:t>03.02.2026r.</w:t>
            </w:r>
            <w:r>
              <w:br/>
              <w:t>05.02.2026r.</w:t>
            </w:r>
            <w:r>
              <w:br/>
              <w:t>17.02.2026r.</w:t>
            </w:r>
            <w:r>
              <w:br/>
              <w:t>19.02.2026r.</w:t>
            </w:r>
            <w:r>
              <w:br/>
              <w:t>Godziny zajęć:</w:t>
            </w:r>
            <w:r>
              <w:br/>
              <w:t>Grupa I</w:t>
            </w:r>
            <w:r>
              <w:br/>
              <w:t>wtorki</w:t>
            </w:r>
            <w:r>
              <w:br/>
              <w:t>14.00-14.30</w:t>
            </w:r>
            <w:r>
              <w:br/>
              <w:t>czwartki</w:t>
            </w:r>
            <w:r>
              <w:br/>
              <w:t>13.00 - 13.30</w:t>
            </w:r>
            <w:r>
              <w:br/>
              <w:t>Grupa II</w:t>
            </w:r>
            <w:r>
              <w:br/>
              <w:t>wtorki</w:t>
            </w:r>
            <w:r>
              <w:br/>
              <w:t>15.00- 15.30</w:t>
            </w:r>
            <w:r>
              <w:br/>
              <w:t>czwartki</w:t>
            </w:r>
            <w:r>
              <w:br/>
              <w:t>13.30- 14.00</w:t>
            </w:r>
            <w:r>
              <w:br/>
              <w:t>Grupa III</w:t>
            </w:r>
            <w:r>
              <w:br/>
              <w:t>wtorki</w:t>
            </w:r>
            <w:r>
              <w:br/>
              <w:t>15.30-16.00</w:t>
            </w:r>
            <w:r>
              <w:br/>
              <w:t>czwartki</w:t>
            </w:r>
            <w:r>
              <w:br/>
            </w:r>
            <w:r>
              <w:lastRenderedPageBreak/>
              <w:t>14.00 – 14.30</w:t>
            </w:r>
            <w:r>
              <w:br/>
              <w:t>Grupa IV</w:t>
            </w:r>
            <w:r>
              <w:br/>
              <w:t>wtorki</w:t>
            </w:r>
            <w:r>
              <w:br/>
              <w:t>16.00- 16.30</w:t>
            </w:r>
            <w:r>
              <w:br/>
              <w:t>czwartki</w:t>
            </w:r>
            <w:r>
              <w:br/>
              <w:t>15.00- 15.30</w:t>
            </w:r>
          </w:p>
        </w:tc>
        <w:tc>
          <w:tcPr>
            <w:tcW w:w="1701" w:type="dxa"/>
          </w:tcPr>
          <w:p w14:paraId="67552C8D" w14:textId="77777777" w:rsidR="009C0439" w:rsidRDefault="00000000">
            <w:pPr>
              <w:spacing w:after="40" w:line="252" w:lineRule="auto"/>
            </w:pPr>
            <w:r>
              <w:lastRenderedPageBreak/>
              <w:t>PM 63 – sala IV</w:t>
            </w:r>
          </w:p>
        </w:tc>
      </w:tr>
      <w:tr w:rsidR="009C0439" w14:paraId="58028B4C" w14:textId="77777777">
        <w:trPr>
          <w:cantSplit/>
          <w:jc w:val="center"/>
        </w:trPr>
        <w:tc>
          <w:tcPr>
            <w:tcW w:w="3628" w:type="dxa"/>
          </w:tcPr>
          <w:p w14:paraId="5B9A14BD" w14:textId="77777777" w:rsidR="009C0439" w:rsidRDefault="00000000">
            <w:pPr>
              <w:spacing w:after="40" w:line="252" w:lineRule="auto"/>
            </w:pPr>
            <w:r>
              <w:lastRenderedPageBreak/>
              <w:t>Zajęcia ruchowe wspierające rozwój fizyczny</w:t>
            </w:r>
          </w:p>
        </w:tc>
        <w:tc>
          <w:tcPr>
            <w:tcW w:w="1928" w:type="dxa"/>
          </w:tcPr>
          <w:p w14:paraId="411A7B4A" w14:textId="77777777" w:rsidR="009C0439" w:rsidRDefault="00000000">
            <w:pPr>
              <w:spacing w:after="40" w:line="252" w:lineRule="auto"/>
            </w:pPr>
            <w:r>
              <w:t>Anna Łukaszewska</w:t>
            </w:r>
          </w:p>
        </w:tc>
        <w:tc>
          <w:tcPr>
            <w:tcW w:w="8050" w:type="dxa"/>
          </w:tcPr>
          <w:p w14:paraId="2FF89D8D" w14:textId="77777777" w:rsidR="009C0439" w:rsidRDefault="00000000">
            <w:pPr>
              <w:spacing w:after="40" w:line="252" w:lineRule="auto"/>
            </w:pPr>
            <w:r>
              <w:t>Godziny zajęć:</w:t>
            </w:r>
            <w:r>
              <w:br/>
              <w:t>Grupa I</w:t>
            </w:r>
            <w:r>
              <w:br/>
              <w:t>wtorek 14.00 - 16.00 czwartek 13.00 -16.00</w:t>
            </w:r>
            <w:r>
              <w:br/>
              <w:t>Daty zajęć:</w:t>
            </w:r>
            <w:r>
              <w:br/>
              <w:t>04.11.2025r.</w:t>
            </w:r>
            <w:r>
              <w:br/>
              <w:t>06.11.2025r.</w:t>
            </w:r>
            <w:r>
              <w:br/>
              <w:t>02.12.2025r.</w:t>
            </w:r>
            <w:r>
              <w:br/>
              <w:t>04.12.2025r.</w:t>
            </w:r>
            <w:r>
              <w:br/>
              <w:t>30.12.2025r.</w:t>
            </w:r>
            <w:r>
              <w:br/>
              <w:t>27.01.2026r.</w:t>
            </w:r>
            <w:r>
              <w:br/>
              <w:t>29.01.2026r.</w:t>
            </w:r>
            <w:r>
              <w:br/>
              <w:t>24.02.2026r.</w:t>
            </w:r>
            <w:r>
              <w:br/>
              <w:t>26.02.2026r.</w:t>
            </w:r>
            <w:r>
              <w:br/>
              <w:t>Godziny zajęć:</w:t>
            </w:r>
            <w:r>
              <w:br/>
              <w:t>Grupa II</w:t>
            </w:r>
            <w:r>
              <w:br/>
              <w:t>wtorek-14.00- 16.00</w:t>
            </w:r>
            <w:r>
              <w:br/>
              <w:t>czwartek- 13.00- 16.00</w:t>
            </w:r>
            <w:r>
              <w:br/>
              <w:t>Daty zajęć:</w:t>
            </w:r>
            <w:r>
              <w:br/>
              <w:t>18.11.2025r.</w:t>
            </w:r>
            <w:r>
              <w:br/>
              <w:t>20.11.2025r.</w:t>
            </w:r>
            <w:r>
              <w:br/>
              <w:t>16.12.2025r.</w:t>
            </w:r>
            <w:r>
              <w:br/>
              <w:t>18.12.2025r.</w:t>
            </w:r>
            <w:r>
              <w:br/>
              <w:t>13.01.2026r.</w:t>
            </w:r>
            <w:r>
              <w:br/>
              <w:t>15.01.2026r.</w:t>
            </w:r>
            <w:r>
              <w:br/>
              <w:t>10.02.2026r.</w:t>
            </w:r>
            <w:r>
              <w:br/>
              <w:t>12.02.2026r.</w:t>
            </w:r>
          </w:p>
        </w:tc>
        <w:tc>
          <w:tcPr>
            <w:tcW w:w="1701" w:type="dxa"/>
          </w:tcPr>
          <w:p w14:paraId="6FC0F1A0" w14:textId="77777777" w:rsidR="009C0439" w:rsidRDefault="00000000">
            <w:pPr>
              <w:spacing w:after="40" w:line="252" w:lineRule="auto"/>
            </w:pPr>
            <w:r>
              <w:t>PM 63 –sala IV</w:t>
            </w:r>
          </w:p>
        </w:tc>
      </w:tr>
    </w:tbl>
    <w:p w14:paraId="74A6CC55" w14:textId="77777777" w:rsidR="00B26079" w:rsidRDefault="00B26079"/>
    <w:sectPr w:rsidR="00B26079" w:rsidSect="00034616">
      <w:headerReference w:type="default" r:id="rId8"/>
      <w:footerReference w:type="default" r:id="rId9"/>
      <w:pgSz w:w="16838" w:h="11906" w:orient="landscape"/>
      <w:pgMar w:top="850" w:right="680" w:bottom="850" w:left="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F583D" w14:textId="77777777" w:rsidR="00B26079" w:rsidRDefault="00B26079">
      <w:pPr>
        <w:spacing w:after="0" w:line="240" w:lineRule="auto"/>
      </w:pPr>
      <w:r>
        <w:separator/>
      </w:r>
    </w:p>
  </w:endnote>
  <w:endnote w:type="continuationSeparator" w:id="0">
    <w:p w14:paraId="369B476A" w14:textId="77777777" w:rsidR="00B26079" w:rsidRDefault="00B26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418BD" w14:textId="77777777" w:rsidR="009C0439" w:rsidRDefault="009C0439">
    <w:pPr>
      <w:pStyle w:val="Stopka"/>
      <w:spacing w:after="120"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4C485" w14:textId="77777777" w:rsidR="00B26079" w:rsidRDefault="00B26079">
      <w:pPr>
        <w:spacing w:after="0" w:line="240" w:lineRule="auto"/>
      </w:pPr>
      <w:r>
        <w:separator/>
      </w:r>
    </w:p>
  </w:footnote>
  <w:footnote w:type="continuationSeparator" w:id="0">
    <w:p w14:paraId="6BE7668C" w14:textId="77777777" w:rsidR="00B26079" w:rsidRDefault="00B26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F3FE7" w14:textId="77777777" w:rsidR="009C0439" w:rsidRDefault="00000000">
    <w:pPr>
      <w:pStyle w:val="Nagwek"/>
      <w:spacing w:after="120" w:line="276" w:lineRule="auto"/>
      <w:jc w:val="center"/>
    </w:pPr>
    <w:r>
      <w:rPr>
        <w:noProof/>
      </w:rPr>
      <w:drawing>
        <wp:inline distT="0" distB="0" distL="0" distR="0" wp14:anchorId="0D34A1B4" wp14:editId="372C387A">
          <wp:extent cx="8046720" cy="807413"/>
          <wp:effectExtent l="0" t="0" r="0" b="0"/>
          <wp:docPr id="1" name="Picture 1" descr="Logotypy: Fundusze Europejskie dla Łódzkiego, Rzeczpospolita Polska, Dofinansowane przez Unię Europejską oraz Łódzkie." title="Logotypy projekt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rmonogram_wsparcia_image1.jpeg" descr="Logotypy: Fundusze Europejskie dla Łódzkiego, Rzeczpospolita Polska, Dofinansowane przez Unię Europejską oraz Łódzkie." title="Logotypy projekt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46720" cy="807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4568631">
    <w:abstractNumId w:val="8"/>
  </w:num>
  <w:num w:numId="2" w16cid:durableId="1582059940">
    <w:abstractNumId w:val="6"/>
  </w:num>
  <w:num w:numId="3" w16cid:durableId="667825675">
    <w:abstractNumId w:val="5"/>
  </w:num>
  <w:num w:numId="4" w16cid:durableId="275478750">
    <w:abstractNumId w:val="4"/>
  </w:num>
  <w:num w:numId="5" w16cid:durableId="1667711596">
    <w:abstractNumId w:val="7"/>
  </w:num>
  <w:num w:numId="6" w16cid:durableId="283850039">
    <w:abstractNumId w:val="3"/>
  </w:num>
  <w:num w:numId="7" w16cid:durableId="1828746497">
    <w:abstractNumId w:val="2"/>
  </w:num>
  <w:num w:numId="8" w16cid:durableId="1400443511">
    <w:abstractNumId w:val="1"/>
  </w:num>
  <w:num w:numId="9" w16cid:durableId="117009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74B9"/>
    <w:rsid w:val="00326F90"/>
    <w:rsid w:val="00635120"/>
    <w:rsid w:val="00794367"/>
    <w:rsid w:val="009C0439"/>
    <w:rsid w:val="00AA1D8D"/>
    <w:rsid w:val="00B26079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AEFADB"/>
  <w14:defaultImageDpi w14:val="300"/>
  <w15:docId w15:val="{330D8212-969E-4657-9FC5-F2F6AD60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/>
    </w:pPr>
    <w:rPr>
      <w:rFonts w:ascii="Arial" w:eastAsia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  <w:rPr>
      <w:rFonts w:ascii="Arial" w:eastAsia="Arial" w:hAnsi="Arial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  <w:rPr>
      <w:rFonts w:ascii="Arial" w:eastAsia="Arial" w:hAnsi="Arial"/>
    </w:rPr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rFonts w:ascii="Arial" w:eastAsia="Arial" w:hAnsi="Arial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  <w:rPr>
      <w:rFonts w:ascii="Arial" w:eastAsia="Arial" w:hAnsi="Arial"/>
    </w:rPr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  <w:rPr>
      <w:rFonts w:ascii="Arial" w:eastAsia="Arial" w:hAnsi="Arial"/>
    </w:rPr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rFonts w:ascii="Arial" w:eastAsia="Arial" w:hAnsi="Arial"/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eastAsia="Arial" w:hAnsi="Arial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Arial" w:eastAsia="Arial" w:hAnsi="Arial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rFonts w:ascii="Arial" w:eastAsia="Arial" w:hAnsi="Arial"/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rFonts w:ascii="Arial" w:eastAsia="Arial" w:hAnsi="Arial"/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rFonts w:ascii="Arial" w:eastAsia="Arial" w:hAnsi="Arial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rFonts w:ascii="Arial" w:eastAsia="Arial" w:hAnsi="Arial"/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rFonts w:ascii="Arial" w:eastAsia="Arial" w:hAnsi="Arial"/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rFonts w:ascii="Arial" w:eastAsia="Arial" w:hAnsi="Arial"/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rFonts w:ascii="Arial" w:eastAsia="Arial" w:hAnsi="Arial"/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rFonts w:ascii="Arial" w:eastAsia="Arial" w:hAnsi="Arial"/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rFonts w:ascii="Arial" w:eastAsia="Arial" w:hAnsi="Arial"/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  <w:rPr>
      <w:rFonts w:ascii="Arial" w:eastAsia="Arial" w:hAnsi="Arial"/>
    </w:r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Arial" w:eastAsia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rFonts w:ascii="Arial" w:eastAsia="Arial" w:hAnsi="Arial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rFonts w:ascii="Arial" w:eastAsia="Arial" w:hAnsi="Arial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rFonts w:ascii="Arial" w:eastAsia="Arial" w:hAnsi="Arial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rFonts w:ascii="Arial" w:eastAsia="Arial" w:hAnsi="Arial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rFonts w:ascii="Arial" w:eastAsia="Arial" w:hAnsi="Arial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rFonts w:ascii="Arial" w:eastAsia="Arial" w:hAnsi="Arial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rFonts w:ascii="Arial" w:eastAsia="Arial" w:hAnsi="Arial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622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wsparcia 1 dostepny cyfrowo 12pkt</dc:title>
  <dc:subject>Dokument przygotowany w sposób dostępny cyfrowo, z tekstem głównym 12 pkt</dc:subject>
  <dc:creator>Przedszkole Miejskie nr 63 w Łodzi</dc:creator>
  <cp:keywords>dostępność cyfrowa, WCAG, 12 pkt, PM63</cp:keywords>
  <dc:description>generated by python-docx</dc:description>
  <cp:lastModifiedBy>Dorota Matczak</cp:lastModifiedBy>
  <cp:revision>4</cp:revision>
  <dcterms:created xsi:type="dcterms:W3CDTF">2026-07-09T06:20:00Z</dcterms:created>
  <dcterms:modified xsi:type="dcterms:W3CDTF">2026-07-09T06:22:00Z</dcterms:modified>
  <cp:category/>
  <dc:language>pl-PL</dc:language>
</cp:coreProperties>
</file>